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2D7AF08" w14:textId="1359C85A" w:rsidR="00274E51" w:rsidRPr="00886E65" w:rsidRDefault="00E8426D" w:rsidP="00167059">
      <w:pPr>
        <w:pStyle w:val="Header"/>
        <w:rPr>
          <w:rFonts w:ascii="Arial Black" w:hAnsi="Arial Black"/>
          <w:b/>
          <w:bCs/>
          <w:szCs w:val="20"/>
        </w:rPr>
      </w:pPr>
      <w:permStart w:id="1942378911" w:edGrp="everyone"/>
      <w:r>
        <w:rPr>
          <w:rFonts w:ascii="Arial Black" w:hAnsi="Arial Black"/>
          <w:b/>
          <w:bCs/>
          <w:noProof/>
          <w:szCs w:val="20"/>
        </w:rPr>
        <w:drawing>
          <wp:anchor distT="0" distB="0" distL="114300" distR="114300" simplePos="0" relativeHeight="251658752" behindDoc="0" locked="0" layoutInCell="1" allowOverlap="1" wp14:anchorId="08D0C125" wp14:editId="25C6B07E">
            <wp:simplePos x="0" y="0"/>
            <wp:positionH relativeFrom="column">
              <wp:posOffset>5540375</wp:posOffset>
            </wp:positionH>
            <wp:positionV relativeFrom="paragraph">
              <wp:posOffset>57150</wp:posOffset>
            </wp:positionV>
            <wp:extent cx="720725" cy="645160"/>
            <wp:effectExtent l="0" t="0" r="3175" b="2540"/>
            <wp:wrapThrough wrapText="bothSides">
              <wp:wrapPolygon edited="0">
                <wp:start x="0" y="0"/>
                <wp:lineTo x="0" y="21047"/>
                <wp:lineTo x="21124" y="21047"/>
                <wp:lineTo x="21124" y="0"/>
                <wp:lineTo x="0" y="0"/>
              </wp:wrapPolygon>
            </wp:wrapThrough>
            <wp:docPr id="132883835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838359" name="Picture 132883835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20725" cy="645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7059">
        <w:rPr>
          <w:b/>
          <w:noProof/>
          <w:sz w:val="28"/>
        </w:rPr>
        <w:drawing>
          <wp:anchor distT="0" distB="0" distL="114300" distR="114300" simplePos="0" relativeHeight="251656704" behindDoc="0" locked="0" layoutInCell="1" allowOverlap="1" wp14:anchorId="3881C820" wp14:editId="69098FAD">
            <wp:simplePos x="0" y="0"/>
            <wp:positionH relativeFrom="column">
              <wp:posOffset>142875</wp:posOffset>
            </wp:positionH>
            <wp:positionV relativeFrom="paragraph">
              <wp:posOffset>54610</wp:posOffset>
            </wp:positionV>
            <wp:extent cx="647700" cy="647700"/>
            <wp:effectExtent l="0" t="0" r="0" b="0"/>
            <wp:wrapThrough wrapText="bothSides">
              <wp:wrapPolygon edited="0">
                <wp:start x="0" y="0"/>
                <wp:lineTo x="0" y="20965"/>
                <wp:lineTo x="20965" y="20965"/>
                <wp:lineTo x="20965" y="0"/>
                <wp:lineTo x="0" y="0"/>
              </wp:wrapPolygon>
            </wp:wrapThrough>
            <wp:docPr id="41211214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112148" name="Picture 41211214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7059">
        <w:rPr>
          <w:rFonts w:ascii="Arial Black" w:hAnsi="Arial Black"/>
          <w:b/>
          <w:bCs/>
          <w:szCs w:val="20"/>
        </w:rPr>
        <w:t xml:space="preserve">        </w:t>
      </w:r>
      <w:r w:rsidR="00274E51" w:rsidRPr="00886E65">
        <w:rPr>
          <w:rFonts w:ascii="Arial Black" w:hAnsi="Arial Black"/>
          <w:b/>
          <w:bCs/>
          <w:szCs w:val="20"/>
        </w:rPr>
        <w:t xml:space="preserve">International Journal of Advances and Applications </w:t>
      </w:r>
    </w:p>
    <w:p w14:paraId="5762C7FB" w14:textId="288F0FB1" w:rsidR="00274E51" w:rsidRPr="00886E65" w:rsidRDefault="00167059" w:rsidP="00167059">
      <w:pPr>
        <w:pStyle w:val="Header"/>
        <w:rPr>
          <w:rFonts w:ascii="Arial Black" w:hAnsi="Arial Black"/>
          <w:b/>
          <w:bCs/>
          <w:szCs w:val="20"/>
        </w:rPr>
      </w:pPr>
      <w:r>
        <w:rPr>
          <w:rFonts w:ascii="Arial Black" w:hAnsi="Arial Black"/>
          <w:b/>
          <w:bCs/>
          <w:szCs w:val="20"/>
        </w:rPr>
        <w:t xml:space="preserve">             </w:t>
      </w:r>
      <w:r w:rsidR="00274E51" w:rsidRPr="00886E65">
        <w:rPr>
          <w:rFonts w:ascii="Arial Black" w:hAnsi="Arial Black"/>
          <w:b/>
          <w:bCs/>
          <w:szCs w:val="20"/>
        </w:rPr>
        <w:t>in Convergent Studies &amp; Transdisciplinary</w:t>
      </w:r>
    </w:p>
    <w:p w14:paraId="1C2CC656" w14:textId="19DB1CF3" w:rsidR="00167059" w:rsidRDefault="00167059" w:rsidP="00167059">
      <w:pPr>
        <w:pStyle w:val="Header"/>
        <w:rPr>
          <w:rFonts w:ascii="Arial Black" w:hAnsi="Arial Black"/>
          <w:b/>
          <w:bCs/>
          <w:szCs w:val="20"/>
        </w:rPr>
      </w:pPr>
      <w:r>
        <w:rPr>
          <w:rFonts w:ascii="Arial Black" w:hAnsi="Arial Black"/>
          <w:b/>
          <w:bCs/>
          <w:szCs w:val="20"/>
        </w:rPr>
        <w:t xml:space="preserve">                                  </w:t>
      </w:r>
      <w:r w:rsidR="00274E51">
        <w:rPr>
          <w:rFonts w:ascii="Arial Black" w:hAnsi="Arial Black"/>
          <w:b/>
          <w:bCs/>
          <w:szCs w:val="20"/>
        </w:rPr>
        <w:t xml:space="preserve">(IJ-AACST) </w:t>
      </w:r>
    </w:p>
    <w:p w14:paraId="7E691C1F" w14:textId="3538EE4A" w:rsidR="00274E51" w:rsidRPr="00750AF5" w:rsidRDefault="00167059" w:rsidP="00167059">
      <w:pPr>
        <w:spacing w:after="0"/>
      </w:pPr>
      <w:r>
        <w:t xml:space="preserve">     Published by: Association of All Computer Science Teachers (AACST)</w:t>
      </w:r>
    </w:p>
    <w:p w14:paraId="711ABD66" w14:textId="15A29B8E" w:rsidR="00274E51" w:rsidRPr="00E30B98" w:rsidRDefault="00167059" w:rsidP="005606D1">
      <w:pPr>
        <w:pStyle w:val="Heading1"/>
        <w:spacing w:before="0"/>
        <w:jc w:val="center"/>
        <w:rPr>
          <w:sz w:val="6"/>
          <w:szCs w:val="6"/>
        </w:rPr>
      </w:pPr>
      <w:r w:rsidRPr="00750AF5">
        <w:rPr>
          <w:rFonts w:ascii="Arial Black" w:hAnsi="Arial Black"/>
          <w:b w:val="0"/>
          <w:bCs w:val="0"/>
          <w:noProof/>
          <w:color w:val="EE0000"/>
          <w:szCs w:val="20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2168CF38" wp14:editId="278755BA">
                <wp:simplePos x="0" y="0"/>
                <wp:positionH relativeFrom="column">
                  <wp:posOffset>3810</wp:posOffset>
                </wp:positionH>
                <wp:positionV relativeFrom="paragraph">
                  <wp:posOffset>8890</wp:posOffset>
                </wp:positionV>
                <wp:extent cx="6511290" cy="0"/>
                <wp:effectExtent l="0" t="0" r="0" b="0"/>
                <wp:wrapNone/>
                <wp:docPr id="814919105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1129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414A2EA" id="Straight Connector 1" o:spid="_x0000_s1026" style="position:absolute;z-index:251655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.3pt,.7pt" to="513pt,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" strokecolor="black [3040]"/>
            </w:pict>
          </mc:Fallback>
        </mc:AlternateContent>
      </w:r>
    </w:p>
    <w:p w14:paraId="4F691456" w14:textId="62839E77" w:rsidR="003945EE" w:rsidRDefault="00000000" w:rsidP="005606D1">
      <w:pPr>
        <w:pStyle w:val="Heading1"/>
        <w:spacing w:before="0"/>
        <w:jc w:val="center"/>
      </w:pPr>
      <w:r>
        <w:t xml:space="preserve">Author No Objection Certificate (NOC) for </w:t>
      </w:r>
      <w:r w:rsidR="000F50DE">
        <w:t xml:space="preserve">Manuscript </w:t>
      </w:r>
      <w:r>
        <w:t>Submission</w:t>
      </w:r>
    </w:p>
    <w:permEnd w:id="1942378911"/>
    <w:p w14:paraId="5ABAE747" w14:textId="77777777" w:rsidR="0091345E" w:rsidRDefault="00000000" w:rsidP="0091345E">
      <w:pPr>
        <w:spacing w:after="0"/>
        <w:jc w:val="right"/>
      </w:pPr>
      <w:r>
        <w:t>Date: ___</w:t>
      </w:r>
      <w:r w:rsidR="005606D1">
        <w:t xml:space="preserve"> </w:t>
      </w:r>
      <w:r>
        <w:t>/</w:t>
      </w:r>
      <w:r w:rsidR="005606D1">
        <w:t xml:space="preserve"> </w:t>
      </w:r>
      <w:r>
        <w:t>___</w:t>
      </w:r>
      <w:r w:rsidR="005606D1">
        <w:t xml:space="preserve"> </w:t>
      </w:r>
      <w:r>
        <w:t>/</w:t>
      </w:r>
      <w:r w:rsidR="005606D1">
        <w:t xml:space="preserve"> </w:t>
      </w:r>
      <w:r>
        <w:t>20__</w:t>
      </w:r>
    </w:p>
    <w:p w14:paraId="20EFBAF5" w14:textId="57F12F92" w:rsidR="003945EE" w:rsidRPr="002228F5" w:rsidRDefault="00000000" w:rsidP="0091345E">
      <w:pPr>
        <w:spacing w:after="0"/>
        <w:rPr>
          <w:sz w:val="21"/>
          <w:szCs w:val="21"/>
        </w:rPr>
      </w:pPr>
      <w:permStart w:id="869033758" w:edGrp="everyone"/>
      <w:r>
        <w:t>To,</w:t>
      </w:r>
      <w:r w:rsidR="00D85955">
        <w:tab/>
      </w:r>
      <w:r>
        <w:br/>
        <w:t>The Editor-in-Chief</w:t>
      </w:r>
      <w:r>
        <w:br/>
      </w:r>
      <w:r w:rsidRPr="002228F5">
        <w:rPr>
          <w:sz w:val="21"/>
          <w:szCs w:val="21"/>
        </w:rPr>
        <w:t xml:space="preserve">International Journal of Advances and Applications in Convergent Studies &amp; </w:t>
      </w:r>
      <w:r w:rsidR="0071788C" w:rsidRPr="002228F5">
        <w:rPr>
          <w:sz w:val="21"/>
          <w:szCs w:val="21"/>
        </w:rPr>
        <w:t>Transdisciplinary</w:t>
      </w:r>
      <w:r w:rsidR="002228F5" w:rsidRPr="002228F5">
        <w:rPr>
          <w:sz w:val="21"/>
          <w:szCs w:val="21"/>
        </w:rPr>
        <w:t xml:space="preserve"> </w:t>
      </w:r>
      <w:r w:rsidRPr="002228F5">
        <w:rPr>
          <w:sz w:val="21"/>
          <w:szCs w:val="21"/>
        </w:rPr>
        <w:t>(IJ-AACST)</w:t>
      </w:r>
    </w:p>
    <w:p w14:paraId="35A041F5" w14:textId="77777777" w:rsidR="002228F5" w:rsidRPr="002228F5" w:rsidRDefault="002228F5" w:rsidP="00E30B98">
      <w:pPr>
        <w:spacing w:after="0"/>
        <w:rPr>
          <w:b/>
          <w:bCs/>
          <w:sz w:val="12"/>
          <w:szCs w:val="12"/>
        </w:rPr>
      </w:pPr>
    </w:p>
    <w:p w14:paraId="27E3F9EF" w14:textId="4689F59C" w:rsidR="003945EE" w:rsidRPr="005606D1" w:rsidRDefault="00000000" w:rsidP="00E30B98">
      <w:pPr>
        <w:spacing w:after="0"/>
        <w:rPr>
          <w:b/>
          <w:bCs/>
        </w:rPr>
      </w:pPr>
      <w:r w:rsidRPr="005606D1">
        <w:rPr>
          <w:b/>
          <w:bCs/>
        </w:rPr>
        <w:t>Subject: Authorization to Corresponding Author for Submission</w:t>
      </w:r>
    </w:p>
    <w:permEnd w:id="869033758"/>
    <w:p w14:paraId="5F4D6E0F" w14:textId="77777777" w:rsidR="00E30B98" w:rsidRPr="00E30B98" w:rsidRDefault="00E30B98" w:rsidP="005606D1">
      <w:pPr>
        <w:spacing w:after="0"/>
        <w:rPr>
          <w:sz w:val="6"/>
          <w:szCs w:val="6"/>
        </w:rPr>
      </w:pPr>
    </w:p>
    <w:p w14:paraId="29CEE9A6" w14:textId="5EE567E8" w:rsidR="005606D1" w:rsidRDefault="00000000" w:rsidP="005606D1">
      <w:pPr>
        <w:spacing w:after="0"/>
      </w:pPr>
      <w:permStart w:id="1553622461" w:edGrp="everyone"/>
      <w:r>
        <w:t>We, the undersigned co-authors of the manuscr</w:t>
      </w:r>
      <w:r w:rsidR="005606D1">
        <w:t>ipt enti</w:t>
      </w:r>
      <w:r>
        <w:t>tled:</w:t>
      </w:r>
      <w:r w:rsidR="005606D1">
        <w:t xml:space="preserve"> </w:t>
      </w:r>
      <w:permEnd w:id="1553622461"/>
      <w:r>
        <w:t>____________________________</w:t>
      </w:r>
      <w:r w:rsidR="005606D1">
        <w:t>_______</w:t>
      </w:r>
      <w:r>
        <w:t>________</w:t>
      </w:r>
      <w:r w:rsidR="0091345E">
        <w:t>_________</w:t>
      </w:r>
      <w:r w:rsidR="005606D1">
        <w:t>_</w:t>
      </w:r>
      <w:r>
        <w:t>____</w:t>
      </w:r>
      <w:r w:rsidR="005606D1">
        <w:t xml:space="preserve"> _____________________________________________________________________________________________________________________</w:t>
      </w:r>
      <w:r w:rsidR="0091345E">
        <w:t>________</w:t>
      </w:r>
      <w:r>
        <w:br/>
      </w:r>
      <w:r w:rsidRPr="00E30B98">
        <w:rPr>
          <w:sz w:val="6"/>
          <w:szCs w:val="6"/>
        </w:rPr>
        <w:br/>
      </w:r>
      <w:permStart w:id="1845719687" w:edGrp="everyone"/>
      <w:r w:rsidR="00E30B98">
        <w:t>h</w:t>
      </w:r>
      <w:r>
        <w:t>ereby state that:</w:t>
      </w:r>
    </w:p>
    <w:p w14:paraId="037DAF3E" w14:textId="5DAD71EB" w:rsidR="005606D1" w:rsidRDefault="000F50DE" w:rsidP="0091345E">
      <w:pPr>
        <w:pStyle w:val="ListParagraph"/>
        <w:numPr>
          <w:ilvl w:val="0"/>
          <w:numId w:val="16"/>
        </w:numPr>
        <w:ind w:left="540"/>
        <w:jc w:val="both"/>
      </w:pPr>
      <w:r>
        <w:t>W</w:t>
      </w:r>
      <w:r w:rsidRPr="000F50DE">
        <w:t>e have contributed to the conception, design, execution, and/or interpretation of the research and manuscript</w:t>
      </w:r>
      <w:r>
        <w:t>.</w:t>
      </w:r>
    </w:p>
    <w:p w14:paraId="0AAEDFD1" w14:textId="77777777" w:rsidR="005606D1" w:rsidRDefault="00000000" w:rsidP="0091345E">
      <w:pPr>
        <w:pStyle w:val="ListParagraph"/>
        <w:numPr>
          <w:ilvl w:val="0"/>
          <w:numId w:val="16"/>
        </w:numPr>
        <w:ind w:left="540"/>
        <w:jc w:val="both"/>
      </w:pPr>
      <w:r>
        <w:t>We have read and approved the final version of the manuscript.</w:t>
      </w:r>
    </w:p>
    <w:p w14:paraId="0CE165D4" w14:textId="77777777" w:rsidR="005606D1" w:rsidRDefault="00000000" w:rsidP="0091345E">
      <w:pPr>
        <w:pStyle w:val="ListParagraph"/>
        <w:numPr>
          <w:ilvl w:val="0"/>
          <w:numId w:val="16"/>
        </w:numPr>
        <w:ind w:left="540"/>
        <w:jc w:val="both"/>
      </w:pPr>
      <w:r>
        <w:t>We have no objection to the submission of this manuscript to IJ-AACST for review and possible publication.</w:t>
      </w:r>
    </w:p>
    <w:p w14:paraId="4722B021" w14:textId="274D0694" w:rsidR="005606D1" w:rsidRDefault="00000000" w:rsidP="0091345E">
      <w:pPr>
        <w:pStyle w:val="ListParagraph"/>
        <w:numPr>
          <w:ilvl w:val="0"/>
          <w:numId w:val="16"/>
        </w:numPr>
        <w:ind w:left="540"/>
        <w:jc w:val="both"/>
      </w:pPr>
      <w:r>
        <w:t xml:space="preserve">We authorize the Corresponding Author </w:t>
      </w:r>
      <w:permEnd w:id="1845719687"/>
      <w:r>
        <w:t>(Name: ___________</w:t>
      </w:r>
      <w:r w:rsidR="005606D1">
        <w:t>__________________</w:t>
      </w:r>
      <w:r>
        <w:t>___________</w:t>
      </w:r>
      <w:r w:rsidR="005606D1">
        <w:t>____</w:t>
      </w:r>
      <w:r w:rsidR="00C848FB">
        <w:t>_____________</w:t>
      </w:r>
      <w:r>
        <w:t xml:space="preserve">, Email: </w:t>
      </w:r>
      <w:r w:rsidR="005606D1">
        <w:t>______</w:t>
      </w:r>
      <w:r>
        <w:t>________________</w:t>
      </w:r>
      <w:r w:rsidR="005606D1">
        <w:t>___________</w:t>
      </w:r>
      <w:r>
        <w:t xml:space="preserve">______) </w:t>
      </w:r>
      <w:permStart w:id="1540373563" w:edGrp="everyone"/>
      <w:r>
        <w:t>to communicate with the Editorial Office, respond to reviewers, and make decisions on behalf of all co-authors regarding this manuscript.</w:t>
      </w:r>
    </w:p>
    <w:p w14:paraId="7E970EC1" w14:textId="53A259BF" w:rsidR="005606D1" w:rsidRDefault="000F50DE" w:rsidP="0091345E">
      <w:pPr>
        <w:pStyle w:val="ListParagraph"/>
        <w:numPr>
          <w:ilvl w:val="0"/>
          <w:numId w:val="16"/>
        </w:numPr>
        <w:spacing w:after="0"/>
        <w:ind w:left="540"/>
        <w:jc w:val="both"/>
      </w:pPr>
      <w:r>
        <w:t>M</w:t>
      </w:r>
      <w:r w:rsidRPr="000F50DE">
        <w:t>anuscript is original, has not been submitted or published elsewhere, and complies with all ethical and academic standards</w:t>
      </w:r>
      <w:r>
        <w:t>.</w:t>
      </w:r>
    </w:p>
    <w:p w14:paraId="41D49F6B" w14:textId="77777777" w:rsidR="0091345E" w:rsidRPr="0091345E" w:rsidRDefault="0091345E" w:rsidP="0091345E">
      <w:pPr>
        <w:pStyle w:val="ListParagraph"/>
        <w:spacing w:after="0"/>
        <w:ind w:left="540"/>
        <w:jc w:val="both"/>
        <w:rPr>
          <w:sz w:val="2"/>
          <w:szCs w:val="2"/>
        </w:rPr>
      </w:pPr>
    </w:p>
    <w:p w14:paraId="77C0FDEB" w14:textId="77777777" w:rsidR="002228F5" w:rsidRPr="002228F5" w:rsidRDefault="002228F5" w:rsidP="002228F5">
      <w:pPr>
        <w:pStyle w:val="ListParagraph"/>
        <w:spacing w:after="0"/>
        <w:jc w:val="both"/>
        <w:rPr>
          <w:sz w:val="6"/>
          <w:szCs w:val="6"/>
        </w:rPr>
      </w:pPr>
    </w:p>
    <w:p w14:paraId="1AA7882B" w14:textId="77777777" w:rsidR="003945EE" w:rsidRPr="00E30B98" w:rsidRDefault="00000000" w:rsidP="005606D1">
      <w:pPr>
        <w:spacing w:after="0"/>
        <w:rPr>
          <w:b/>
          <w:bCs/>
          <w:sz w:val="2"/>
          <w:szCs w:val="2"/>
        </w:rPr>
      </w:pPr>
      <w:r w:rsidRPr="00E30B98">
        <w:rPr>
          <w:b/>
          <w:bCs/>
        </w:rPr>
        <w:t>Author Details and Signatures</w:t>
      </w:r>
      <w:r w:rsidRPr="00E30B98">
        <w:rPr>
          <w:b/>
          <w:bCs/>
        </w:rPr>
        <w:br/>
      </w:r>
    </w:p>
    <w:tbl>
      <w:tblPr>
        <w:tblpPr w:leftFromText="180" w:rightFromText="180" w:vertAnchor="text" w:tblpY="1"/>
        <w:tblOverlap w:val="never"/>
        <w:tblW w:w="94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3686"/>
        <w:gridCol w:w="1842"/>
        <w:gridCol w:w="1999"/>
        <w:gridCol w:w="1261"/>
      </w:tblGrid>
      <w:tr w:rsidR="005606D1" w14:paraId="19471390" w14:textId="77777777" w:rsidTr="0091345E">
        <w:tc>
          <w:tcPr>
            <w:tcW w:w="709" w:type="dxa"/>
            <w:shd w:val="clear" w:color="auto" w:fill="EEECE1" w:themeFill="background2"/>
            <w:vAlign w:val="center"/>
          </w:tcPr>
          <w:p w14:paraId="281F9B2F" w14:textId="31B9DB6C" w:rsidR="003945EE" w:rsidRPr="005606D1" w:rsidRDefault="00000000" w:rsidP="0091345E">
            <w:pPr>
              <w:jc w:val="center"/>
              <w:rPr>
                <w:b/>
                <w:bCs/>
              </w:rPr>
            </w:pPr>
            <w:r w:rsidRPr="005606D1">
              <w:rPr>
                <w:b/>
                <w:bCs/>
              </w:rPr>
              <w:t>S. No.</w:t>
            </w:r>
          </w:p>
        </w:tc>
        <w:tc>
          <w:tcPr>
            <w:tcW w:w="3686" w:type="dxa"/>
            <w:shd w:val="clear" w:color="auto" w:fill="EEECE1" w:themeFill="background2"/>
            <w:vAlign w:val="center"/>
          </w:tcPr>
          <w:p w14:paraId="5F913170" w14:textId="77777777" w:rsidR="003945EE" w:rsidRPr="005606D1" w:rsidRDefault="00000000" w:rsidP="0091345E">
            <w:pPr>
              <w:jc w:val="center"/>
              <w:rPr>
                <w:b/>
                <w:bCs/>
              </w:rPr>
            </w:pPr>
            <w:r w:rsidRPr="005606D1">
              <w:rPr>
                <w:b/>
                <w:bCs/>
              </w:rPr>
              <w:t>Name of Author</w:t>
            </w:r>
          </w:p>
        </w:tc>
        <w:tc>
          <w:tcPr>
            <w:tcW w:w="1842" w:type="dxa"/>
            <w:shd w:val="clear" w:color="auto" w:fill="EEECE1" w:themeFill="background2"/>
            <w:vAlign w:val="center"/>
          </w:tcPr>
          <w:p w14:paraId="60228DF2" w14:textId="2C6B731F" w:rsidR="003945EE" w:rsidRPr="005606D1" w:rsidRDefault="005606D1" w:rsidP="0091345E">
            <w:pPr>
              <w:spacing w:after="0"/>
              <w:jc w:val="center"/>
              <w:rPr>
                <w:b/>
                <w:bCs/>
              </w:rPr>
            </w:pPr>
            <w:r w:rsidRPr="005606D1">
              <w:rPr>
                <w:b/>
                <w:bCs/>
                <w:sz w:val="20"/>
                <w:szCs w:val="20"/>
              </w:rPr>
              <w:t>Institute /Research Center</w:t>
            </w:r>
          </w:p>
        </w:tc>
        <w:tc>
          <w:tcPr>
            <w:tcW w:w="1999" w:type="dxa"/>
            <w:shd w:val="clear" w:color="auto" w:fill="EEECE1" w:themeFill="background2"/>
            <w:vAlign w:val="center"/>
          </w:tcPr>
          <w:p w14:paraId="28AC6B36" w14:textId="77777777" w:rsidR="003945EE" w:rsidRPr="005606D1" w:rsidRDefault="00000000" w:rsidP="0091345E">
            <w:pPr>
              <w:jc w:val="center"/>
              <w:rPr>
                <w:b/>
                <w:bCs/>
              </w:rPr>
            </w:pPr>
            <w:r w:rsidRPr="005606D1">
              <w:rPr>
                <w:b/>
                <w:bCs/>
              </w:rPr>
              <w:t>Email ID</w:t>
            </w:r>
          </w:p>
        </w:tc>
        <w:tc>
          <w:tcPr>
            <w:tcW w:w="1261" w:type="dxa"/>
            <w:shd w:val="clear" w:color="auto" w:fill="EEECE1" w:themeFill="background2"/>
            <w:vAlign w:val="center"/>
          </w:tcPr>
          <w:p w14:paraId="7999B87A" w14:textId="77777777" w:rsidR="003945EE" w:rsidRPr="005606D1" w:rsidRDefault="00000000" w:rsidP="0091345E">
            <w:pPr>
              <w:jc w:val="center"/>
              <w:rPr>
                <w:b/>
                <w:bCs/>
              </w:rPr>
            </w:pPr>
            <w:r w:rsidRPr="005606D1">
              <w:rPr>
                <w:b/>
                <w:bCs/>
              </w:rPr>
              <w:t>Signature</w:t>
            </w:r>
          </w:p>
        </w:tc>
      </w:tr>
      <w:tr w:rsidR="005606D1" w14:paraId="7F96C06B" w14:textId="77777777" w:rsidTr="0091345E">
        <w:tc>
          <w:tcPr>
            <w:tcW w:w="709" w:type="dxa"/>
            <w:vAlign w:val="center"/>
          </w:tcPr>
          <w:p w14:paraId="56C63CE0" w14:textId="77777777" w:rsidR="003945EE" w:rsidRDefault="00000000" w:rsidP="0091345E">
            <w:pPr>
              <w:spacing w:after="0"/>
              <w:jc w:val="center"/>
            </w:pPr>
            <w:permStart w:id="1273454523" w:edGrp="everyone" w:colFirst="0" w:colLast="0"/>
            <w:permEnd w:id="1540373563"/>
            <w:r>
              <w:t>1</w:t>
            </w:r>
          </w:p>
        </w:tc>
        <w:tc>
          <w:tcPr>
            <w:tcW w:w="3686" w:type="dxa"/>
            <w:vAlign w:val="center"/>
          </w:tcPr>
          <w:p w14:paraId="0E1A34BF" w14:textId="77777777" w:rsidR="003945EE" w:rsidRDefault="003945EE" w:rsidP="0091345E">
            <w:pPr>
              <w:spacing w:after="0" w:line="360" w:lineRule="auto"/>
            </w:pPr>
          </w:p>
        </w:tc>
        <w:tc>
          <w:tcPr>
            <w:tcW w:w="1842" w:type="dxa"/>
            <w:vAlign w:val="center"/>
          </w:tcPr>
          <w:p w14:paraId="1E662EEC" w14:textId="77777777" w:rsidR="003945EE" w:rsidRDefault="003945EE" w:rsidP="0091345E">
            <w:pPr>
              <w:spacing w:after="0" w:line="360" w:lineRule="auto"/>
            </w:pPr>
          </w:p>
        </w:tc>
        <w:tc>
          <w:tcPr>
            <w:tcW w:w="1999" w:type="dxa"/>
            <w:vAlign w:val="center"/>
          </w:tcPr>
          <w:p w14:paraId="5122DBAA" w14:textId="77777777" w:rsidR="003945EE" w:rsidRDefault="003945EE" w:rsidP="0091345E">
            <w:pPr>
              <w:spacing w:after="0" w:line="360" w:lineRule="auto"/>
            </w:pPr>
          </w:p>
        </w:tc>
        <w:tc>
          <w:tcPr>
            <w:tcW w:w="1261" w:type="dxa"/>
            <w:vAlign w:val="center"/>
          </w:tcPr>
          <w:p w14:paraId="4151F0FC" w14:textId="77777777" w:rsidR="003945EE" w:rsidRDefault="003945EE" w:rsidP="0091345E">
            <w:pPr>
              <w:spacing w:after="0" w:line="360" w:lineRule="auto"/>
            </w:pPr>
          </w:p>
        </w:tc>
      </w:tr>
      <w:tr w:rsidR="005606D1" w14:paraId="1A778390" w14:textId="77777777" w:rsidTr="0091345E">
        <w:tc>
          <w:tcPr>
            <w:tcW w:w="709" w:type="dxa"/>
            <w:vAlign w:val="center"/>
          </w:tcPr>
          <w:p w14:paraId="5560D702" w14:textId="77777777" w:rsidR="003945EE" w:rsidRDefault="00000000" w:rsidP="0091345E">
            <w:pPr>
              <w:spacing w:after="0"/>
              <w:jc w:val="center"/>
            </w:pPr>
            <w:permStart w:id="2074483719" w:edGrp="everyone" w:colFirst="0" w:colLast="0"/>
            <w:permEnd w:id="1273454523"/>
            <w:r>
              <w:t>2</w:t>
            </w:r>
          </w:p>
        </w:tc>
        <w:tc>
          <w:tcPr>
            <w:tcW w:w="3686" w:type="dxa"/>
            <w:vAlign w:val="center"/>
          </w:tcPr>
          <w:p w14:paraId="7F255797" w14:textId="3C94CEF2" w:rsidR="003945EE" w:rsidRDefault="00E30B98" w:rsidP="0091345E">
            <w:pPr>
              <w:spacing w:after="0" w:line="360" w:lineRule="auto"/>
            </w:pPr>
            <w:r>
              <w:t>`</w:t>
            </w:r>
          </w:p>
        </w:tc>
        <w:tc>
          <w:tcPr>
            <w:tcW w:w="1842" w:type="dxa"/>
            <w:vAlign w:val="center"/>
          </w:tcPr>
          <w:p w14:paraId="569E4353" w14:textId="77777777" w:rsidR="003945EE" w:rsidRDefault="003945EE" w:rsidP="0091345E">
            <w:pPr>
              <w:spacing w:after="0" w:line="360" w:lineRule="auto"/>
            </w:pPr>
          </w:p>
        </w:tc>
        <w:tc>
          <w:tcPr>
            <w:tcW w:w="1999" w:type="dxa"/>
            <w:vAlign w:val="center"/>
          </w:tcPr>
          <w:p w14:paraId="1089B094" w14:textId="77777777" w:rsidR="003945EE" w:rsidRDefault="003945EE" w:rsidP="0091345E">
            <w:pPr>
              <w:spacing w:after="0" w:line="360" w:lineRule="auto"/>
            </w:pPr>
          </w:p>
        </w:tc>
        <w:tc>
          <w:tcPr>
            <w:tcW w:w="1261" w:type="dxa"/>
            <w:vAlign w:val="center"/>
          </w:tcPr>
          <w:p w14:paraId="0D47E70D" w14:textId="77777777" w:rsidR="003945EE" w:rsidRDefault="003945EE" w:rsidP="0091345E">
            <w:pPr>
              <w:spacing w:after="0" w:line="360" w:lineRule="auto"/>
            </w:pPr>
          </w:p>
        </w:tc>
      </w:tr>
      <w:tr w:rsidR="005606D1" w14:paraId="7D8A1A0E" w14:textId="77777777" w:rsidTr="0091345E">
        <w:tc>
          <w:tcPr>
            <w:tcW w:w="709" w:type="dxa"/>
            <w:vAlign w:val="center"/>
          </w:tcPr>
          <w:p w14:paraId="75FEFABC" w14:textId="77777777" w:rsidR="003945EE" w:rsidRDefault="00000000" w:rsidP="0091345E">
            <w:pPr>
              <w:spacing w:after="0"/>
              <w:jc w:val="center"/>
            </w:pPr>
            <w:permStart w:id="2127457884" w:edGrp="everyone" w:colFirst="0" w:colLast="0"/>
            <w:permEnd w:id="2074483719"/>
            <w:r>
              <w:t>3</w:t>
            </w:r>
          </w:p>
        </w:tc>
        <w:tc>
          <w:tcPr>
            <w:tcW w:w="3686" w:type="dxa"/>
            <w:vAlign w:val="center"/>
          </w:tcPr>
          <w:p w14:paraId="51E5ECD1" w14:textId="77777777" w:rsidR="003945EE" w:rsidRDefault="003945EE" w:rsidP="0091345E">
            <w:pPr>
              <w:spacing w:after="0" w:line="360" w:lineRule="auto"/>
            </w:pPr>
          </w:p>
        </w:tc>
        <w:tc>
          <w:tcPr>
            <w:tcW w:w="1842" w:type="dxa"/>
            <w:vAlign w:val="center"/>
          </w:tcPr>
          <w:p w14:paraId="7CBAE4C4" w14:textId="77777777" w:rsidR="003945EE" w:rsidRDefault="003945EE" w:rsidP="0091345E">
            <w:pPr>
              <w:spacing w:after="0" w:line="360" w:lineRule="auto"/>
            </w:pPr>
          </w:p>
        </w:tc>
        <w:tc>
          <w:tcPr>
            <w:tcW w:w="1999" w:type="dxa"/>
            <w:vAlign w:val="center"/>
          </w:tcPr>
          <w:p w14:paraId="28E7210D" w14:textId="77777777" w:rsidR="003945EE" w:rsidRDefault="003945EE" w:rsidP="0091345E">
            <w:pPr>
              <w:spacing w:after="0" w:line="360" w:lineRule="auto"/>
            </w:pPr>
          </w:p>
        </w:tc>
        <w:tc>
          <w:tcPr>
            <w:tcW w:w="1261" w:type="dxa"/>
            <w:vAlign w:val="center"/>
          </w:tcPr>
          <w:p w14:paraId="45EBAE4A" w14:textId="77777777" w:rsidR="003945EE" w:rsidRDefault="003945EE" w:rsidP="0091345E">
            <w:pPr>
              <w:spacing w:after="0" w:line="360" w:lineRule="auto"/>
            </w:pPr>
          </w:p>
        </w:tc>
      </w:tr>
      <w:tr w:rsidR="005606D1" w14:paraId="03A9623A" w14:textId="77777777" w:rsidTr="0091345E">
        <w:tc>
          <w:tcPr>
            <w:tcW w:w="709" w:type="dxa"/>
            <w:vAlign w:val="center"/>
          </w:tcPr>
          <w:p w14:paraId="108022D1" w14:textId="77D148F5" w:rsidR="005606D1" w:rsidRDefault="005606D1" w:rsidP="0091345E">
            <w:pPr>
              <w:spacing w:after="0"/>
              <w:jc w:val="center"/>
            </w:pPr>
            <w:permStart w:id="1941993843" w:edGrp="everyone" w:colFirst="0" w:colLast="0"/>
            <w:permEnd w:id="2127457884"/>
            <w:r>
              <w:t>4</w:t>
            </w:r>
          </w:p>
        </w:tc>
        <w:tc>
          <w:tcPr>
            <w:tcW w:w="3686" w:type="dxa"/>
            <w:vAlign w:val="center"/>
          </w:tcPr>
          <w:p w14:paraId="1EC46805" w14:textId="77777777" w:rsidR="005606D1" w:rsidRDefault="005606D1" w:rsidP="0091345E">
            <w:pPr>
              <w:spacing w:after="0" w:line="360" w:lineRule="auto"/>
            </w:pPr>
          </w:p>
        </w:tc>
        <w:tc>
          <w:tcPr>
            <w:tcW w:w="1842" w:type="dxa"/>
            <w:vAlign w:val="center"/>
          </w:tcPr>
          <w:p w14:paraId="6FD75537" w14:textId="77777777" w:rsidR="005606D1" w:rsidRDefault="005606D1" w:rsidP="0091345E">
            <w:pPr>
              <w:spacing w:after="0" w:line="360" w:lineRule="auto"/>
            </w:pPr>
          </w:p>
        </w:tc>
        <w:tc>
          <w:tcPr>
            <w:tcW w:w="1999" w:type="dxa"/>
            <w:vAlign w:val="center"/>
          </w:tcPr>
          <w:p w14:paraId="32ED112C" w14:textId="77777777" w:rsidR="005606D1" w:rsidRDefault="005606D1" w:rsidP="0091345E">
            <w:pPr>
              <w:spacing w:after="0" w:line="360" w:lineRule="auto"/>
            </w:pPr>
          </w:p>
        </w:tc>
        <w:tc>
          <w:tcPr>
            <w:tcW w:w="1261" w:type="dxa"/>
            <w:vAlign w:val="center"/>
          </w:tcPr>
          <w:p w14:paraId="4BB897EE" w14:textId="77777777" w:rsidR="005606D1" w:rsidRDefault="005606D1" w:rsidP="0091345E">
            <w:pPr>
              <w:spacing w:after="0" w:line="360" w:lineRule="auto"/>
            </w:pPr>
          </w:p>
        </w:tc>
      </w:tr>
      <w:tr w:rsidR="00E30B98" w14:paraId="58663326" w14:textId="77777777" w:rsidTr="0091345E">
        <w:tc>
          <w:tcPr>
            <w:tcW w:w="709" w:type="dxa"/>
            <w:vAlign w:val="center"/>
          </w:tcPr>
          <w:p w14:paraId="4C5C10D5" w14:textId="63C52406" w:rsidR="00E30B98" w:rsidRDefault="00E30B98" w:rsidP="0091345E">
            <w:pPr>
              <w:spacing w:after="0"/>
              <w:jc w:val="center"/>
            </w:pPr>
            <w:permStart w:id="1829528384" w:edGrp="everyone" w:colFirst="0" w:colLast="0"/>
            <w:permEnd w:id="1941993843"/>
            <w:r>
              <w:t>5</w:t>
            </w:r>
          </w:p>
        </w:tc>
        <w:tc>
          <w:tcPr>
            <w:tcW w:w="3686" w:type="dxa"/>
            <w:vAlign w:val="center"/>
          </w:tcPr>
          <w:p w14:paraId="02FEABDA" w14:textId="77777777" w:rsidR="00E30B98" w:rsidRDefault="00E30B98" w:rsidP="0091345E">
            <w:pPr>
              <w:spacing w:after="0" w:line="360" w:lineRule="auto"/>
            </w:pPr>
          </w:p>
        </w:tc>
        <w:tc>
          <w:tcPr>
            <w:tcW w:w="1842" w:type="dxa"/>
            <w:vAlign w:val="center"/>
          </w:tcPr>
          <w:p w14:paraId="7F136FF5" w14:textId="77777777" w:rsidR="00E30B98" w:rsidRDefault="00E30B98" w:rsidP="0091345E">
            <w:pPr>
              <w:spacing w:after="0" w:line="360" w:lineRule="auto"/>
            </w:pPr>
          </w:p>
        </w:tc>
        <w:tc>
          <w:tcPr>
            <w:tcW w:w="1999" w:type="dxa"/>
            <w:vAlign w:val="center"/>
          </w:tcPr>
          <w:p w14:paraId="27BAF8D4" w14:textId="77777777" w:rsidR="00E30B98" w:rsidRDefault="00E30B98" w:rsidP="0091345E">
            <w:pPr>
              <w:spacing w:after="0" w:line="360" w:lineRule="auto"/>
            </w:pPr>
          </w:p>
        </w:tc>
        <w:tc>
          <w:tcPr>
            <w:tcW w:w="1261" w:type="dxa"/>
            <w:vAlign w:val="center"/>
          </w:tcPr>
          <w:p w14:paraId="4AE899EF" w14:textId="77777777" w:rsidR="00E30B98" w:rsidRDefault="00E30B98" w:rsidP="0091345E">
            <w:pPr>
              <w:spacing w:after="0" w:line="360" w:lineRule="auto"/>
            </w:pPr>
          </w:p>
        </w:tc>
      </w:tr>
      <w:tr w:rsidR="00E30B98" w14:paraId="075FD17B" w14:textId="77777777" w:rsidTr="0091345E">
        <w:tc>
          <w:tcPr>
            <w:tcW w:w="709" w:type="dxa"/>
            <w:vAlign w:val="center"/>
          </w:tcPr>
          <w:p w14:paraId="3D0756DE" w14:textId="01F41BAD" w:rsidR="00E30B98" w:rsidRDefault="00E30B98" w:rsidP="0091345E">
            <w:pPr>
              <w:spacing w:after="0"/>
              <w:jc w:val="center"/>
            </w:pPr>
            <w:permStart w:id="1196179304" w:edGrp="everyone" w:colFirst="0" w:colLast="0"/>
            <w:permEnd w:id="1829528384"/>
            <w:r>
              <w:t>6</w:t>
            </w:r>
          </w:p>
        </w:tc>
        <w:tc>
          <w:tcPr>
            <w:tcW w:w="3686" w:type="dxa"/>
            <w:vAlign w:val="center"/>
          </w:tcPr>
          <w:p w14:paraId="5D9C46E8" w14:textId="77777777" w:rsidR="00E30B98" w:rsidRDefault="00E30B98" w:rsidP="0091345E">
            <w:pPr>
              <w:spacing w:after="0" w:line="360" w:lineRule="auto"/>
            </w:pPr>
          </w:p>
        </w:tc>
        <w:tc>
          <w:tcPr>
            <w:tcW w:w="1842" w:type="dxa"/>
            <w:vAlign w:val="center"/>
          </w:tcPr>
          <w:p w14:paraId="4F591E54" w14:textId="77777777" w:rsidR="00E30B98" w:rsidRDefault="00E30B98" w:rsidP="0091345E">
            <w:pPr>
              <w:spacing w:after="0" w:line="360" w:lineRule="auto"/>
            </w:pPr>
          </w:p>
        </w:tc>
        <w:tc>
          <w:tcPr>
            <w:tcW w:w="1999" w:type="dxa"/>
            <w:vAlign w:val="center"/>
          </w:tcPr>
          <w:p w14:paraId="28ED5382" w14:textId="77777777" w:rsidR="00E30B98" w:rsidRDefault="00E30B98" w:rsidP="0091345E">
            <w:pPr>
              <w:spacing w:after="0" w:line="360" w:lineRule="auto"/>
            </w:pPr>
          </w:p>
        </w:tc>
        <w:tc>
          <w:tcPr>
            <w:tcW w:w="1261" w:type="dxa"/>
            <w:vAlign w:val="center"/>
          </w:tcPr>
          <w:p w14:paraId="33A977A5" w14:textId="77777777" w:rsidR="00E30B98" w:rsidRDefault="00E30B98" w:rsidP="0091345E">
            <w:pPr>
              <w:spacing w:after="0" w:line="360" w:lineRule="auto"/>
            </w:pPr>
          </w:p>
        </w:tc>
      </w:tr>
    </w:tbl>
    <w:p w14:paraId="1383D0B8" w14:textId="09268A29" w:rsidR="000F50DE" w:rsidRDefault="0091345E">
      <w:permStart w:id="2136176417" w:edGrp="everyone"/>
      <w:permEnd w:id="1196179304"/>
      <w:r>
        <w:br w:type="textWrapping" w:clear="all"/>
      </w:r>
      <w:r w:rsidR="000F50DE" w:rsidRPr="0091345E">
        <w:rPr>
          <w:sz w:val="20"/>
          <w:szCs w:val="20"/>
        </w:rPr>
        <w:t>Note: Digital or Scanned Signature are acceptable.</w:t>
      </w:r>
    </w:p>
    <w:p w14:paraId="36168EBC" w14:textId="1C01FE41" w:rsidR="003945EE" w:rsidRDefault="00000000" w:rsidP="000F50DE">
      <w:pPr>
        <w:spacing w:after="0"/>
      </w:pPr>
      <w:r>
        <w:t>Corresponding Author (Authorized):</w:t>
      </w:r>
    </w:p>
    <w:permEnd w:id="2136176417"/>
    <w:p w14:paraId="1A6EA1AF" w14:textId="14F49275" w:rsidR="003945EE" w:rsidRDefault="00000000" w:rsidP="002228F5">
      <w:pPr>
        <w:tabs>
          <w:tab w:val="left" w:pos="5340"/>
        </w:tabs>
        <w:spacing w:after="0" w:line="360" w:lineRule="auto"/>
      </w:pPr>
      <w:r>
        <w:t>Name: ________________</w:t>
      </w:r>
      <w:r w:rsidR="005606D1">
        <w:t>_________</w:t>
      </w:r>
      <w:r>
        <w:t>__________</w:t>
      </w:r>
      <w:r w:rsidR="002228F5">
        <w:tab/>
      </w:r>
    </w:p>
    <w:p w14:paraId="213D72D2" w14:textId="6A5D9EC5" w:rsidR="003945EE" w:rsidRDefault="00000000" w:rsidP="005606D1">
      <w:pPr>
        <w:spacing w:after="0" w:line="360" w:lineRule="auto"/>
      </w:pPr>
      <w:r>
        <w:t>Email: _________________________</w:t>
      </w:r>
      <w:r w:rsidR="005606D1">
        <w:t>_________</w:t>
      </w:r>
      <w:r>
        <w:t>_</w:t>
      </w:r>
    </w:p>
    <w:p w14:paraId="4D6A9743" w14:textId="736D6C3F" w:rsidR="003945EE" w:rsidRDefault="00274E51" w:rsidP="00274E51">
      <w:pPr>
        <w:spacing w:after="0"/>
      </w:pPr>
      <w:permStart w:id="1842897812" w:edGrp="everyone"/>
      <w:r w:rsidRPr="005606D1">
        <w:rPr>
          <w:b/>
          <w:bCs/>
        </w:rPr>
        <w:t>Notes for submission:</w:t>
      </w:r>
      <w:permEnd w:id="1842897812"/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t>Signature: _______________________</w:t>
      </w:r>
      <w:r w:rsidR="005606D1">
        <w:t>_______</w:t>
      </w:r>
    </w:p>
    <w:p w14:paraId="7DD21D93" w14:textId="5EA657F8" w:rsidR="003945EE" w:rsidRDefault="00000000" w:rsidP="00274E51">
      <w:pPr>
        <w:pStyle w:val="ListParagraph"/>
        <w:numPr>
          <w:ilvl w:val="0"/>
          <w:numId w:val="17"/>
        </w:numPr>
        <w:spacing w:after="0"/>
      </w:pPr>
      <w:permStart w:id="1800616575" w:edGrp="everyone"/>
      <w:r>
        <w:t>All co-authors must sign this NOC.</w:t>
      </w:r>
    </w:p>
    <w:p w14:paraId="00C58C7D" w14:textId="40B50A5E" w:rsidR="003945EE" w:rsidRDefault="00000000" w:rsidP="00274E51">
      <w:pPr>
        <w:pStyle w:val="ListParagraph"/>
        <w:numPr>
          <w:ilvl w:val="0"/>
          <w:numId w:val="17"/>
        </w:numPr>
        <w:spacing w:after="0"/>
      </w:pPr>
      <w:r>
        <w:t>A scanned copy should be uploaded along with the manuscript.</w:t>
      </w:r>
      <w:permEnd w:id="1800616575"/>
    </w:p>
    <w:sectPr w:rsidR="003945EE" w:rsidSect="00120354">
      <w:footerReference w:type="default" r:id="rId10"/>
      <w:pgSz w:w="12240" w:h="15840"/>
      <w:pgMar w:top="709" w:right="851" w:bottom="567" w:left="113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0BD8D8E" w14:textId="77777777" w:rsidR="00ED5D06" w:rsidRDefault="00ED5D06" w:rsidP="002228F5">
      <w:pPr>
        <w:spacing w:after="0" w:line="240" w:lineRule="auto"/>
      </w:pPr>
      <w:r>
        <w:separator/>
      </w:r>
    </w:p>
  </w:endnote>
  <w:endnote w:type="continuationSeparator" w:id="0">
    <w:p w14:paraId="223BA36A" w14:textId="77777777" w:rsidR="00ED5D06" w:rsidRDefault="00ED5D06" w:rsidP="002228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79AF18F" w14:textId="30D55D83" w:rsidR="002228F5" w:rsidRPr="0091345E" w:rsidRDefault="002228F5" w:rsidP="002228F5">
    <w:pPr>
      <w:jc w:val="center"/>
      <w:rPr>
        <w:sz w:val="19"/>
        <w:szCs w:val="19"/>
      </w:rPr>
    </w:pPr>
    <w:permStart w:id="1528040563" w:edGrp="everyone"/>
    <w:r w:rsidRPr="0091345E">
      <w:rPr>
        <w:noProof/>
        <w:sz w:val="19"/>
        <w:szCs w:val="19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6A246AE3" wp14:editId="68A43B94">
              <wp:simplePos x="0" y="0"/>
              <wp:positionH relativeFrom="column">
                <wp:posOffset>3810</wp:posOffset>
              </wp:positionH>
              <wp:positionV relativeFrom="paragraph">
                <wp:posOffset>-20955</wp:posOffset>
              </wp:positionV>
              <wp:extent cx="6511290" cy="0"/>
              <wp:effectExtent l="38100" t="38100" r="60960" b="95250"/>
              <wp:wrapNone/>
              <wp:docPr id="1123931837" name="Straight Connector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511290" cy="0"/>
                      </a:xfrm>
                      <a:prstGeom prst="line">
                        <a:avLst/>
                      </a:prstGeom>
                      <a:ln w="6350"/>
                    </wps:spPr>
                    <wps:style>
                      <a:lnRef idx="2">
                        <a:schemeClr val="dk1"/>
                      </a:lnRef>
                      <a:fillRef idx="0">
                        <a:schemeClr val="dk1"/>
                      </a:fillRef>
                      <a:effectRef idx="1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F67FC46" id="Straight Connector 1" o:spid="_x0000_s1026" style="position:absolute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.3pt,-1.65pt" to="513pt,-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" strokecolor="black [3200]" strokeweight=".5pt">
              <v:shadow on="t" color="black" opacity="24903f" origin=",.5" offset="0,.55556mm"/>
            </v:line>
          </w:pict>
        </mc:Fallback>
      </mc:AlternateContent>
    </w:r>
    <w:r w:rsidR="00F9542C">
      <w:rPr>
        <w:b/>
        <w:bCs/>
        <w:sz w:val="19"/>
        <w:szCs w:val="19"/>
        <w:lang w:val="en-IN"/>
      </w:rPr>
      <w:t xml:space="preserve">| </w:t>
    </w:r>
    <w:r w:rsidR="0091345E" w:rsidRPr="0091345E">
      <w:rPr>
        <w:b/>
        <w:bCs/>
        <w:sz w:val="19"/>
        <w:szCs w:val="19"/>
        <w:lang w:val="en-IN"/>
      </w:rPr>
      <w:t xml:space="preserve">MONTHLY | PEER REVIEW | REFERRED | SCHOLARY OPEN ACCESS (CC BY 4.0) | ARCHIVE </w:t>
    </w:r>
    <w:r w:rsidR="0091345E" w:rsidRPr="0091345E">
      <w:rPr>
        <w:b/>
        <w:bCs/>
        <w:sz w:val="19"/>
        <w:szCs w:val="19"/>
      </w:rPr>
      <w:t>| DOI: Not yet assigned |</w:t>
    </w:r>
  </w:p>
  <w:permEnd w:id="1528040563"/>
  <w:p w14:paraId="4102D06B" w14:textId="5338CCD1" w:rsidR="002228F5" w:rsidRDefault="002228F5">
    <w:pPr>
      <w:pStyle w:val="Footer"/>
    </w:pPr>
  </w:p>
  <w:p w14:paraId="36FC99E2" w14:textId="77777777" w:rsidR="002228F5" w:rsidRDefault="002228F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2E9F944" w14:textId="77777777" w:rsidR="00ED5D06" w:rsidRDefault="00ED5D06" w:rsidP="002228F5">
      <w:pPr>
        <w:spacing w:after="0" w:line="240" w:lineRule="auto"/>
      </w:pPr>
      <w:r>
        <w:separator/>
      </w:r>
    </w:p>
  </w:footnote>
  <w:footnote w:type="continuationSeparator" w:id="0">
    <w:p w14:paraId="266CC3E3" w14:textId="77777777" w:rsidR="00ED5D06" w:rsidRDefault="00ED5D06" w:rsidP="002228F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04FE2557"/>
    <w:multiLevelType w:val="hybridMultilevel"/>
    <w:tmpl w:val="6B9A7670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53F4AA7"/>
    <w:multiLevelType w:val="hybridMultilevel"/>
    <w:tmpl w:val="762A8D6E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2526C42"/>
    <w:multiLevelType w:val="hybridMultilevel"/>
    <w:tmpl w:val="FCA883C0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C8B7A27"/>
    <w:multiLevelType w:val="hybridMultilevel"/>
    <w:tmpl w:val="04CC8810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4F93EA0"/>
    <w:multiLevelType w:val="hybridMultilevel"/>
    <w:tmpl w:val="7610B570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20B0F28"/>
    <w:multiLevelType w:val="hybridMultilevel"/>
    <w:tmpl w:val="3FCE4BA2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9442CC8"/>
    <w:multiLevelType w:val="hybridMultilevel"/>
    <w:tmpl w:val="53544FAC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FBF2749"/>
    <w:multiLevelType w:val="hybridMultilevel"/>
    <w:tmpl w:val="A3522658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0151406">
    <w:abstractNumId w:val="8"/>
  </w:num>
  <w:num w:numId="2" w16cid:durableId="1427648304">
    <w:abstractNumId w:val="6"/>
  </w:num>
  <w:num w:numId="3" w16cid:durableId="1298798652">
    <w:abstractNumId w:val="5"/>
  </w:num>
  <w:num w:numId="4" w16cid:durableId="2124422686">
    <w:abstractNumId w:val="4"/>
  </w:num>
  <w:num w:numId="5" w16cid:durableId="802694962">
    <w:abstractNumId w:val="7"/>
  </w:num>
  <w:num w:numId="6" w16cid:durableId="1960185048">
    <w:abstractNumId w:val="3"/>
  </w:num>
  <w:num w:numId="7" w16cid:durableId="969408532">
    <w:abstractNumId w:val="2"/>
  </w:num>
  <w:num w:numId="8" w16cid:durableId="196159850">
    <w:abstractNumId w:val="1"/>
  </w:num>
  <w:num w:numId="9" w16cid:durableId="1157384878">
    <w:abstractNumId w:val="0"/>
  </w:num>
  <w:num w:numId="10" w16cid:durableId="1675381091">
    <w:abstractNumId w:val="10"/>
  </w:num>
  <w:num w:numId="11" w16cid:durableId="457838731">
    <w:abstractNumId w:val="14"/>
  </w:num>
  <w:num w:numId="12" w16cid:durableId="1423912515">
    <w:abstractNumId w:val="15"/>
  </w:num>
  <w:num w:numId="13" w16cid:durableId="566959577">
    <w:abstractNumId w:val="13"/>
  </w:num>
  <w:num w:numId="14" w16cid:durableId="1688822516">
    <w:abstractNumId w:val="9"/>
  </w:num>
  <w:num w:numId="15" w16cid:durableId="1082683296">
    <w:abstractNumId w:val="11"/>
  </w:num>
  <w:num w:numId="16" w16cid:durableId="1964771062">
    <w:abstractNumId w:val="12"/>
  </w:num>
  <w:num w:numId="17" w16cid:durableId="1249583589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ocumentProtection w:edit="readOnly" w:enforcement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47730"/>
    <w:rsid w:val="00034616"/>
    <w:rsid w:val="0006063C"/>
    <w:rsid w:val="000911D1"/>
    <w:rsid w:val="000F50DE"/>
    <w:rsid w:val="00120354"/>
    <w:rsid w:val="0015074B"/>
    <w:rsid w:val="00167059"/>
    <w:rsid w:val="002021F8"/>
    <w:rsid w:val="002228F5"/>
    <w:rsid w:val="00244B29"/>
    <w:rsid w:val="00274E51"/>
    <w:rsid w:val="0029639D"/>
    <w:rsid w:val="00326F90"/>
    <w:rsid w:val="003945EE"/>
    <w:rsid w:val="003B0F97"/>
    <w:rsid w:val="003E6E00"/>
    <w:rsid w:val="004A75F9"/>
    <w:rsid w:val="004E7902"/>
    <w:rsid w:val="005606D1"/>
    <w:rsid w:val="005D0D4E"/>
    <w:rsid w:val="006552A2"/>
    <w:rsid w:val="006F59F2"/>
    <w:rsid w:val="0071788C"/>
    <w:rsid w:val="00720E6B"/>
    <w:rsid w:val="007A023A"/>
    <w:rsid w:val="007F5A36"/>
    <w:rsid w:val="008B13C1"/>
    <w:rsid w:val="0091345E"/>
    <w:rsid w:val="00AA1D8D"/>
    <w:rsid w:val="00AC49BD"/>
    <w:rsid w:val="00AE6E06"/>
    <w:rsid w:val="00B4262D"/>
    <w:rsid w:val="00B47730"/>
    <w:rsid w:val="00B66415"/>
    <w:rsid w:val="00BA172C"/>
    <w:rsid w:val="00BA6902"/>
    <w:rsid w:val="00BB52AE"/>
    <w:rsid w:val="00C0782E"/>
    <w:rsid w:val="00C848FB"/>
    <w:rsid w:val="00CB0664"/>
    <w:rsid w:val="00D664D2"/>
    <w:rsid w:val="00D85955"/>
    <w:rsid w:val="00E27DDB"/>
    <w:rsid w:val="00E30B98"/>
    <w:rsid w:val="00E8426D"/>
    <w:rsid w:val="00ED21FC"/>
    <w:rsid w:val="00ED5D06"/>
    <w:rsid w:val="00F9542C"/>
    <w:rsid w:val="00FC693F"/>
    <w:rsid w:val="00FF31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mr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CD74129"/>
  <w14:defaultImageDpi w14:val="300"/>
  <w15:docId w15:val="{84C877EF-AC92-4703-82B4-3F69A461D5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1</Pages>
  <Words>292</Words>
  <Characters>1667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1956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Dr. S. B. Kishor</cp:lastModifiedBy>
  <cp:revision>29</cp:revision>
  <cp:lastPrinted>2025-09-06T05:19:00Z</cp:lastPrinted>
  <dcterms:created xsi:type="dcterms:W3CDTF">2013-12-23T23:15:00Z</dcterms:created>
  <dcterms:modified xsi:type="dcterms:W3CDTF">2025-09-22T07:44:00Z</dcterms:modified>
  <cp:category/>
</cp:coreProperties>
</file>